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ectPr>
          <w:pgSz w:w="12240" w:h="15840"/>
          <w:pgMar w:top="0" w:right="0" w:bottom="0" w:left="18" w:header="720" w:footer="720" w:gutter="0"/>
          <w:cols w:space="720"/>
          <w:docGrid w:linePitch="360"/>
        </w:sectPr>
      </w:pPr>
    </w:p>
    <w:p>
      <w:pPr>
        <w:autoSpaceDN w:val="0"/>
        <w:autoSpaceDE w:val="0"/>
        <w:widowControl/>
        <w:spacing w:line="240" w:lineRule="auto" w:before="14" w:after="22"/>
        <w:ind w:left="0" w:right="1570" w:firstLine="0"/>
        <w:jc w:val="right"/>
      </w:pPr>
      <w:r>
        <w:drawing>
          <wp:inline xmlns:a="http://schemas.openxmlformats.org/drawingml/2006/main" xmlns:pic="http://schemas.openxmlformats.org/drawingml/2006/picture">
            <wp:extent cx="693420" cy="8331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8331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70.0" w:type="dxa"/>
      </w:tblPr>
      <w:tblGrid>
        <w:gridCol w:w="5391"/>
        <w:gridCol w:w="5391"/>
      </w:tblGrid>
      <w:tr>
        <w:trPr>
          <w:trHeight w:hRule="exact" w:val="306"/>
        </w:trPr>
        <w:tc>
          <w:tcPr>
            <w:tcW w:type="dxa" w:w="1388"/>
            <w:tcBorders>
              <w:start w:sz="7.200000000000017" w:val="single" w:color="#A6A8AB"/>
              <w:top w:sz="5.600000000000023" w:val="single" w:color="#A6A8AB"/>
              <w:end w:sz="5.600000000000023" w:val="single" w:color="#A6A8AB"/>
              <w:bottom w:sz="5.600000000000023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.9999999999999574" w:type="dxa"/>
            </w:tblPr>
            <w:tblGrid>
              <w:gridCol w:w="1388"/>
            </w:tblGrid>
            <w:tr>
              <w:trPr>
                <w:trHeight w:hRule="exact" w:val="246"/>
              </w:trPr>
              <w:tc>
                <w:tcPr>
                  <w:tcW w:type="dxa" w:w="1376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Equipo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023" w:val="single" w:color="#A6A8AB"/>
              <w:top w:sz="5.600000000000023" w:val="single" w:color="#A6A8AB"/>
              <w:end w:sz="5.600000000000136" w:val="single" w:color="#A6A8AB"/>
              <w:bottom w:sz="5.600000000000023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1388"/>
            <w:tcBorders>
              <w:start w:sz="5.599999999999994" w:val="single" w:color="#BABDBF"/>
              <w:top w:sz="5.600000000000023" w:val="single" w:color="#BABDBF"/>
              <w:end w:sz="5.600000000000023" w:val="single" w:color="#A6A8AB"/>
              <w:bottom w:sz="6.399999999999977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0284" w:type="dxa"/>
            </w:tblPr>
            <w:tblGrid>
              <w:gridCol w:w="1388"/>
            </w:tblGrid>
            <w:tr>
              <w:trPr>
                <w:trHeight w:hRule="exact" w:val="248"/>
              </w:trPr>
              <w:tc>
                <w:tcPr>
                  <w:tcW w:type="dxa" w:w="1376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Rama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023" w:val="single" w:color="#A6A8AB"/>
              <w:top w:sz="5.600000000000023" w:val="single" w:color="#A6A8AB"/>
              <w:end w:sz="5.600000000000136" w:val="single" w:color="#A6A8AB"/>
              <w:bottom w:sz="6.399999999999977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1388"/>
            <w:tcBorders>
              <w:start w:sz="5.599999999999994" w:val="single" w:color="#BABDBF"/>
              <w:top w:sz="6.399999999999977" w:val="single" w:color="#BABDBF"/>
              <w:end w:sz="5.600000000000023" w:val="single" w:color="#A6A8AB"/>
              <w:bottom w:sz="5.600000000000023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0284" w:type="dxa"/>
            </w:tblPr>
            <w:tblGrid>
              <w:gridCol w:w="1388"/>
            </w:tblGrid>
            <w:tr>
              <w:trPr>
                <w:trHeight w:hRule="exact" w:val="244"/>
              </w:trPr>
              <w:tc>
                <w:tcPr>
                  <w:tcW w:type="dxa" w:w="1376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18" w:after="0"/>
                    <w:ind w:left="178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Categoría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023" w:val="single" w:color="#A6A8AB"/>
              <w:top w:sz="6.399999999999977" w:val="single" w:color="#A6A8AB"/>
              <w:end w:sz="5.600000000000136" w:val="single" w:color="#A6A8AB"/>
              <w:bottom w:sz="5.600000000000023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2240" w:h="15840"/>
          <w:pgMar w:top="0" w:right="0" w:bottom="0" w:left="18" w:header="720" w:footer="720" w:gutter="0"/>
          <w:cols w:num="2" w:equalWidth="0">
            <w:col w:w="5170" w:space="0"/>
            <w:col w:w="7052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98.0000000000007" w:type="dxa"/>
      </w:tblPr>
      <w:tblGrid>
        <w:gridCol w:w="10782"/>
      </w:tblGrid>
      <w:tr>
        <w:trPr>
          <w:trHeight w:hRule="exact" w:val="852"/>
        </w:trPr>
        <w:tc>
          <w:tcPr>
            <w:tcW w:type="dxa" w:w="6554"/>
            <w:tcBorders/>
            <w:shd w:fill="094722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318" w:after="0"/>
              <w:ind w:left="0" w:right="1622" w:firstLine="0"/>
              <w:jc w:val="right"/>
            </w:pPr>
            <w:r>
              <w:rPr>
                <w:rFonts w:ascii="BritannicBold" w:hAnsi="BritannicBold" w:eastAsia="BritannicBold"/>
                <w:b/>
                <w:i w:val="0"/>
                <w:color w:val="E6E7E8"/>
                <w:sz w:val="27"/>
              </w:rPr>
              <w:t>CÉDULA DE INSCRIPCIóN</w:t>
            </w:r>
          </w:p>
        </w:tc>
      </w:tr>
      <w:tr>
        <w:trPr>
          <w:trHeight w:hRule="exact" w:val="1620"/>
        </w:trPr>
        <w:tc>
          <w:tcPr>
            <w:tcW w:type="dxa" w:w="655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0" w:lineRule="exact" w:before="186" w:after="0"/>
              <w:ind w:left="0" w:right="0" w:firstLine="0"/>
              <w:jc w:val="center"/>
            </w:pPr>
            <w:r>
              <w:rPr>
                <w:rFonts w:ascii="ArialRoundedMTBold" w:hAnsi="ArialRoundedMTBold" w:eastAsia="ArialRoundedMTBold"/>
                <w:b/>
                <w:i w:val="0"/>
                <w:color w:val="FFCB03"/>
                <w:sz w:val="34"/>
              </w:rPr>
              <w:t>BASQUETBOL UNIDO DE ZAPOTLAN</w:t>
            </w:r>
          </w:p>
          <w:p>
            <w:pPr>
              <w:autoSpaceDN w:val="0"/>
              <w:tabs>
                <w:tab w:pos="4140" w:val="left"/>
              </w:tabs>
              <w:autoSpaceDE w:val="0"/>
              <w:widowControl/>
              <w:spacing w:line="240" w:lineRule="auto" w:before="0" w:after="0"/>
              <w:ind w:left="732" w:right="0" w:firstLine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695960" cy="6921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960" cy="692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1069339" cy="68198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39" cy="6819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14" w:lineRule="exact" w:before="0" w:after="224"/>
        <w:ind w:left="0" w:right="0"/>
      </w:pPr>
    </w:p>
    <w:p>
      <w:pPr>
        <w:spacing w:after="236"/>
        <w:sectPr>
          <w:type w:val="nextColumn"/>
          <w:pgSz w:w="12240" w:h="15840"/>
          <w:pgMar w:top="0" w:right="0" w:bottom="0" w:left="18" w:header="720" w:footer="720" w:gutter="0"/>
          <w:cols w:num="2" w:equalWidth="0">
            <w:col w:w="5170" w:space="0"/>
            <w:col w:w="7052" w:space="0"/>
          </w:cols>
          <w:docGrid w:linePitch="360"/>
        </w:sectPr>
      </w:pPr>
    </w:p>
    <w:p>
      <w:pPr>
        <w:sectPr>
          <w:type w:val="continuous"/>
          <w:pgSz w:w="12240" w:h="15840"/>
          <w:pgMar w:top="0" w:right="0" w:bottom="0" w:left="18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.0" w:type="dxa"/>
      </w:tblPr>
      <w:tblGrid>
        <w:gridCol w:w="3594"/>
        <w:gridCol w:w="3594"/>
        <w:gridCol w:w="3594"/>
      </w:tblGrid>
      <w:tr>
        <w:trPr>
          <w:trHeight w:hRule="exact" w:val="284"/>
        </w:trPr>
        <w:tc>
          <w:tcPr>
            <w:tcW w:type="dxa" w:w="1112"/>
            <w:vMerge w:val="restart"/>
            <w:tcBorders>
              <w:start w:sz="5.599999999999994" w:val="single" w:color="#A6A8AB"/>
              <w:top w:sz="5.600000000000136" w:val="single" w:color="#A6A8AB"/>
              <w:end w:sz="11.200000000000045" w:val="single" w:color="#BABDBF"/>
              <w:bottom w:sz="5.600000000000136" w:val="single" w:color="#A6A8AB"/>
            </w:tcBorders>
            <w:shd w:fill="fecb03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276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BBBDC0"/>
                <w:sz w:val="22"/>
              </w:rPr>
              <w:t xml:space="preserve">Foto </w:t>
            </w:r>
            <w:r>
              <w:br/>
            </w:r>
            <w:r>
              <w:rPr>
                <w:rFonts w:ascii="BritannicBold" w:hAnsi="BritannicBold" w:eastAsia="BritannicBold"/>
                <w:b/>
                <w:i w:val="0"/>
                <w:color w:val="BBBDC0"/>
                <w:sz w:val="22"/>
              </w:rPr>
              <w:t xml:space="preserve">Delegado </w:t>
            </w:r>
            <w:r>
              <w:rPr>
                <w:rFonts w:ascii="BritannicBold" w:hAnsi="BritannicBold" w:eastAsia="BritannicBold"/>
                <w:b/>
                <w:i w:val="0"/>
                <w:color w:val="BBBDC0"/>
                <w:sz w:val="22"/>
              </w:rPr>
              <w:t>del Equipo</w:t>
            </w:r>
          </w:p>
        </w:tc>
        <w:tc>
          <w:tcPr>
            <w:tcW w:type="dxa" w:w="1392"/>
            <w:tcBorders>
              <w:start w:sz="11.200000000000045" w:val="single" w:color="#BABDBF"/>
              <w:top w:sz="5.600000000000136" w:val="single" w:color="#BABDBF"/>
              <w:end w:sz="5.600000000000136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4.00000000000005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70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22" w:lineRule="exact" w:before="36" w:after="0"/>
                    <w:ind w:left="286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2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5.600000000000136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600000000000136" w:val="single" w:color="#A6A8AB"/>
              <w:end w:sz="11.200000000000045" w:val="single" w:color="#BABDBF"/>
              <w:bottom w:sz="5.600000000000136" w:val="single" w:color="#A6A8AB"/>
            </w:tcBorders>
          </w:tcPr>
          <w:p/>
        </w:tc>
        <w:tc>
          <w:tcPr>
            <w:tcW w:type="dxa" w:w="4294"/>
            <w:gridSpan w:val="2"/>
            <w:tcBorders>
              <w:start w:sz="11.200000000000045" w:val="single" w:color="#BABDBF"/>
              <w:top w:sz="5.599999999999909" w:val="single" w:color="#A6A8AB"/>
              <w:end w:sz="5.600000000000364" w:val="single" w:color="#A6A8AB"/>
              <w:bottom w:sz="5.600000000000136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94" w:val="single" w:color="#A6A8AB"/>
              <w:top w:sz="5.600000000000136" w:val="single" w:color="#A6A8AB"/>
              <w:end w:sz="11.200000000000045" w:val="single" w:color="#BABDBF"/>
              <w:bottom w:sz="5.600000000000136" w:val="single" w:color="#A6A8AB"/>
            </w:tcBorders>
          </w:tcPr>
          <w:p/>
        </w:tc>
        <w:tc>
          <w:tcPr>
            <w:tcW w:type="dxa" w:w="1392"/>
            <w:tcBorders>
              <w:start w:sz="11.200000000000045" w:val="single" w:color="#BABDBF"/>
              <w:top w:sz="5.600000000000136" w:val="single" w:color="#A6A8AB"/>
              <w:end w:sz="5.600000000000136" w:val="single" w:color="#A6A8AB"/>
              <w:bottom w:sz="6.39999999999986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4.00000000000005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70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12" w:lineRule="exact" w:before="44" w:after="0"/>
                    <w:ind w:left="0" w:right="0" w:firstLine="0"/>
                    <w:jc w:val="center"/>
                  </w:pPr>
                  <w:r>
                    <w:rPr>
                      <w:w w:val="101.22150239490328"/>
                      <w:rFonts w:ascii="BritannicBold" w:hAnsi="BritannicBold" w:eastAsia="BritannicBold"/>
                      <w:b/>
                      <w:i w:val="0"/>
                      <w:color w:val="FFFFFF"/>
                      <w:sz w:val="21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5.600000000000136" w:val="single" w:color="#A6A8AB"/>
              <w:end w:sz="5.600000000000364" w:val="single" w:color="#A6A8AB"/>
              <w:bottom w:sz="6.3999999999998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600000000000136" w:val="single" w:color="#A6A8AB"/>
              <w:end w:sz="11.200000000000045" w:val="single" w:color="#BABDBF"/>
              <w:bottom w:sz="5.600000000000136" w:val="single" w:color="#A6A8AB"/>
            </w:tcBorders>
          </w:tcPr>
          <w:p/>
        </w:tc>
        <w:tc>
          <w:tcPr>
            <w:tcW w:type="dxa" w:w="1392"/>
            <w:tcBorders>
              <w:start w:sz="11.200000000000045" w:val="single" w:color="#BABDBF"/>
              <w:top w:sz="6.399999999999864" w:val="single" w:color="#BABDBF"/>
              <w:end w:sz="5.600000000000136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5.999999999999943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12" w:lineRule="exact" w:before="42" w:after="0"/>
                    <w:ind w:left="0" w:right="0" w:firstLine="0"/>
                    <w:jc w:val="center"/>
                  </w:pPr>
                  <w:r>
                    <w:rPr>
                      <w:w w:val="101.22150239490328"/>
                      <w:rFonts w:ascii="BritannicBold" w:hAnsi="BritannicBold" w:eastAsia="BritannicBold"/>
                      <w:b/>
                      <w:i w:val="0"/>
                      <w:color w:val="FFFFFF"/>
                      <w:sz w:val="21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6.399999999999864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600000000000136" w:val="single" w:color="#A6A8AB"/>
              <w:end w:sz="11.200000000000045" w:val="single" w:color="#BABDBF"/>
              <w:bottom w:sz="5.600000000000136" w:val="single" w:color="#A6A8AB"/>
            </w:tcBorders>
          </w:tcPr>
          <w:p/>
        </w:tc>
        <w:tc>
          <w:tcPr>
            <w:tcW w:type="dxa" w:w="1392"/>
            <w:tcBorders>
              <w:start w:sz="11.200000000000045" w:val="single" w:color="#BABDBF"/>
              <w:top w:sz="5.599999999999909" w:val="single" w:color="#BABDBF"/>
              <w:end w:sz="5.600000000000136" w:val="single" w:color="#A6A8AB"/>
              <w:bottom w:sz="5.600000000000136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5.999999999999943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20" w:lineRule="exact" w:before="36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2"/>
                    </w:rPr>
                    <w:t xml:space="preserve">Cel o Tel.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5.599999999999909" w:val="single" w:color="#A6A8AB"/>
              <w:end w:sz="5.600000000000364" w:val="single" w:color="#A6A8AB"/>
              <w:bottom w:sz="5.600000000000136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9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98.00000000000006" w:type="dxa"/>
      </w:tblPr>
      <w:tblGrid>
        <w:gridCol w:w="3594"/>
        <w:gridCol w:w="3594"/>
        <w:gridCol w:w="3594"/>
      </w:tblGrid>
      <w:tr>
        <w:trPr>
          <w:trHeight w:hRule="exact" w:val="304"/>
        </w:trPr>
        <w:tc>
          <w:tcPr>
            <w:tcW w:type="dxa" w:w="1110"/>
            <w:vMerge w:val="restart"/>
            <w:tcBorders>
              <w:start w:sz="5.600000000000023" w:val="single" w:color="#A6A8AB"/>
              <w:top w:sz="5.599999999999909" w:val="single" w:color="#A6A8AB"/>
              <w:end w:sz="11.200000000000045" w:val="single" w:color="#BABDBF"/>
              <w:bottom w:sz="4.0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80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0"/>
            <w:tcBorders>
              <w:start w:sz="11.200000000000045" w:val="single" w:color="#BABDBF"/>
              <w:top w:sz="5.599999999999909" w:val="single" w:color="#BABDBF"/>
              <w:end w:sz="5.599999999999909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.9999999999998863" w:type="dxa"/>
            </w:tblPr>
            <w:tblGrid>
              <w:gridCol w:w="1390"/>
            </w:tblGrid>
            <w:tr>
              <w:trPr>
                <w:trHeight w:hRule="exact" w:val="248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5.599999999999909" w:val="single" w:color="#A6A8AB"/>
              <w:end w:sz="5.599999999999909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023" w:val="single" w:color="#A6A8AB"/>
              <w:top w:sz="5.599999999999909" w:val="single" w:color="#A6A8AB"/>
              <w:end w:sz="11.200000000000045" w:val="single" w:color="#BABDBF"/>
              <w:bottom w:sz="4.0" w:val="single" w:color="#A6A8AB"/>
            </w:tcBorders>
          </w:tcPr>
          <w:p/>
        </w:tc>
        <w:tc>
          <w:tcPr>
            <w:tcW w:type="dxa" w:w="4296"/>
            <w:gridSpan w:val="2"/>
            <w:tcBorders>
              <w:start w:sz="11.200000000000045" w:val="single" w:color="#BABDBF"/>
              <w:top w:sz="5.599999999999909" w:val="single" w:color="#A6A8AB"/>
              <w:end w:sz="5.599999999999909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600000000000023" w:val="single" w:color="#A6A8AB"/>
              <w:top w:sz="5.599999999999909" w:val="single" w:color="#A6A8AB"/>
              <w:end w:sz="11.200000000000045" w:val="single" w:color="#BABDBF"/>
              <w:bottom w:sz="4.0" w:val="single" w:color="#A6A8AB"/>
            </w:tcBorders>
          </w:tcPr>
          <w:p/>
        </w:tc>
        <w:tc>
          <w:tcPr>
            <w:tcW w:type="dxa" w:w="1390"/>
            <w:tcBorders>
              <w:start w:sz="11.200000000000045" w:val="single" w:color="#BABDBF"/>
              <w:top w:sz="5.599999999999909" w:val="single" w:color="#A6A8AB"/>
              <w:end w:sz="5.599999999999909" w:val="single" w:color="#A6A8AB"/>
              <w:bottom w:sz="6.400000000000091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.9999999999998863" w:type="dxa"/>
            </w:tblPr>
            <w:tblGrid>
              <w:gridCol w:w="1390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5.599999999999909" w:val="single" w:color="#A6A8AB"/>
              <w:end w:sz="5.599999999999909" w:val="single" w:color="#A6A8AB"/>
              <w:bottom w:sz="6.400000000000091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023" w:val="single" w:color="#A6A8AB"/>
              <w:top w:sz="5.599999999999909" w:val="single" w:color="#A6A8AB"/>
              <w:end w:sz="11.200000000000045" w:val="single" w:color="#BABDBF"/>
              <w:bottom w:sz="4.0" w:val="single" w:color="#A6A8AB"/>
            </w:tcBorders>
          </w:tcPr>
          <w:p/>
        </w:tc>
        <w:tc>
          <w:tcPr>
            <w:tcW w:type="dxa" w:w="1390"/>
            <w:tcBorders>
              <w:start w:sz="11.200000000000045" w:val="single" w:color="#BABDBF"/>
              <w:top w:sz="6.400000000000091" w:val="single" w:color="#BABDBF"/>
              <w:end w:sz="5.599999999999909" w:val="single" w:color="#A6A8AB"/>
              <w:bottom w:sz="6.399999999999636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4.000000000000057" w:type="dxa"/>
            </w:tblPr>
            <w:tblGrid>
              <w:gridCol w:w="1390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6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6.400000000000091" w:val="single" w:color="#A6A8AB"/>
              <w:end w:sz="5.599999999999909" w:val="single" w:color="#A6A8AB"/>
              <w:bottom w:sz="6.399999999999636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023" w:val="single" w:color="#A6A8AB"/>
              <w:top w:sz="5.599999999999909" w:val="single" w:color="#A6A8AB"/>
              <w:end w:sz="11.200000000000045" w:val="single" w:color="#BABDBF"/>
              <w:bottom w:sz="4.0" w:val="single" w:color="#A6A8AB"/>
            </w:tcBorders>
          </w:tcPr>
          <w:p/>
        </w:tc>
        <w:tc>
          <w:tcPr>
            <w:tcW w:type="dxa" w:w="1390"/>
            <w:tcBorders>
              <w:start w:sz="11.200000000000045" w:val="single" w:color="#BABDBF"/>
              <w:top w:sz="6.399999999999636" w:val="single" w:color="#BABDBF"/>
              <w:end w:sz="5.599999999999909" w:val="single" w:color="#A6A8AB"/>
              <w:bottom w:sz="4.0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6"/>
            <w:tcBorders>
              <w:start w:sz="5.599999999999909" w:val="single" w:color="#A6A8AB"/>
              <w:top w:sz="6.399999999999636" w:val="single" w:color="#A6A8AB"/>
              <w:end w:sz="5.599999999999909" w:val="single" w:color="#A6A8AB"/>
              <w:bottom w:sz="4.0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.0" w:type="dxa"/>
      </w:tblPr>
      <w:tblGrid>
        <w:gridCol w:w="3594"/>
        <w:gridCol w:w="3594"/>
        <w:gridCol w:w="3594"/>
      </w:tblGrid>
      <w:tr>
        <w:trPr>
          <w:trHeight w:hRule="exact" w:val="302"/>
        </w:trPr>
        <w:tc>
          <w:tcPr>
            <w:tcW w:type="dxa" w:w="1110"/>
            <w:vMerge w:val="restart"/>
            <w:tcBorders>
              <w:start w:sz="5.599999999999994" w:val="single" w:color="#A6A8AB"/>
              <w:top w:sz="5.599999999999909" w:val="single" w:color="#A6A8AB"/>
              <w:end w:sz="11.199999999999932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84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4"/>
            <w:tcBorders>
              <w:start w:sz="11.199999999999932" w:val="single" w:color="#BABDBF"/>
              <w:top w:sz="5.599999999999909" w:val="single" w:color="#BABDBF"/>
              <w:end w:sz="5.600000000000136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.9999999999998863" w:type="dxa"/>
            </w:tblPr>
            <w:tblGrid>
              <w:gridCol w:w="1394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5.599999999999909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94" w:val="single" w:color="#A6A8AB"/>
              <w:top w:sz="5.599999999999909" w:val="single" w:color="#A6A8AB"/>
              <w:end w:sz="11.199999999999932" w:val="single" w:color="#BABDBF"/>
              <w:bottom w:sz="4.800000000000182" w:val="single" w:color="#A6A8AB"/>
            </w:tcBorders>
          </w:tcPr>
          <w:p/>
        </w:tc>
        <w:tc>
          <w:tcPr>
            <w:tcW w:type="dxa" w:w="4296"/>
            <w:gridSpan w:val="2"/>
            <w:tcBorders>
              <w:start w:sz="11.199999999999932" w:val="single" w:color="#BABDBF"/>
              <w:top w:sz="5.599999999999909" w:val="single" w:color="#A6A8AB"/>
              <w:end w:sz="5.600000000000364" w:val="single" w:color="#A6A8AB"/>
              <w:bottom w:sz="6.400000000000091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599999999999994" w:val="single" w:color="#A6A8AB"/>
              <w:top w:sz="5.599999999999909" w:val="single" w:color="#A6A8AB"/>
              <w:end w:sz="11.199999999999932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199999999999932" w:val="single" w:color="#BABDBF"/>
              <w:top w:sz="6.400000000000091" w:val="single" w:color="#A6A8AB"/>
              <w:end w:sz="5.600000000000136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.9999999999998863" w:type="dxa"/>
            </w:tblPr>
            <w:tblGrid>
              <w:gridCol w:w="1394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0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6.400000000000091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599999999999909" w:val="single" w:color="#A6A8AB"/>
              <w:end w:sz="11.199999999999932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199999999999932" w:val="single" w:color="#BABDBF"/>
              <w:top w:sz="5.599999999999909" w:val="single" w:color="#BABDBF"/>
              <w:end w:sz="5.600000000000136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3.9999999999997726" w:type="dxa"/>
            </w:tblPr>
            <w:tblGrid>
              <w:gridCol w:w="1394"/>
            </w:tblGrid>
            <w:tr>
              <w:trPr>
                <w:trHeight w:hRule="exact" w:val="244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6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5.599999999999909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599999999999909" w:val="single" w:color="#A6A8AB"/>
              <w:end w:sz="11.199999999999932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199999999999932" w:val="single" w:color="#BABDBF"/>
              <w:top w:sz="5.599999999999909" w:val="single" w:color="#BABDBF"/>
              <w:end w:sz="5.600000000000136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2"/>
            <w:tcBorders>
              <w:start w:sz="5.600000000000136" w:val="single" w:color="#A6A8AB"/>
              <w:top w:sz="5.599999999999909" w:val="single" w:color="#A6A8AB"/>
              <w:end w:sz="5.600000000000364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5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.0" w:type="dxa"/>
      </w:tblPr>
      <w:tblGrid>
        <w:gridCol w:w="3594"/>
        <w:gridCol w:w="3594"/>
        <w:gridCol w:w="3594"/>
      </w:tblGrid>
      <w:tr>
        <w:trPr>
          <w:trHeight w:hRule="exact" w:val="304"/>
        </w:trPr>
        <w:tc>
          <w:tcPr>
            <w:tcW w:type="dxa" w:w="1110"/>
            <w:vMerge w:val="restart"/>
            <w:tcBorders>
              <w:start w:sz="5.599999999999994" w:val="single" w:color="#A6A8AB"/>
              <w:top w:sz="6.400000000000091" w:val="single" w:color="#A6A8AB"/>
              <w:end w:sz="11.199999999999932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276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4"/>
            <w:tcBorders>
              <w:start w:sz="11.199999999999932" w:val="single" w:color="#BABDBF"/>
              <w:top w:sz="6.400000000000091" w:val="single" w:color="#BABDBF"/>
              <w:end w:sz="5.600000000000136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.9999999999998863" w:type="dxa"/>
            </w:tblPr>
            <w:tblGrid>
              <w:gridCol w:w="1394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6.400000000000091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599999999999994" w:val="single" w:color="#A6A8AB"/>
              <w:top w:sz="6.400000000000091" w:val="single" w:color="#A6A8AB"/>
              <w:end w:sz="11.199999999999932" w:val="single" w:color="#BABDBF"/>
              <w:bottom w:sz="4.800000000000182" w:val="single" w:color="#A6A8AB"/>
            </w:tcBorders>
          </w:tcPr>
          <w:p/>
        </w:tc>
        <w:tc>
          <w:tcPr>
            <w:tcW w:type="dxa" w:w="4296"/>
            <w:gridSpan w:val="2"/>
            <w:tcBorders>
              <w:start w:sz="11.199999999999932" w:val="single" w:color="#BABDBF"/>
              <w:top w:sz="5.599999999999909" w:val="single" w:color="#A6A8AB"/>
              <w:end w:sz="5.600000000000364" w:val="single" w:color="#A6A8AB"/>
              <w:bottom w:sz="6.400000000000091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94" w:val="single" w:color="#A6A8AB"/>
              <w:top w:sz="6.400000000000091" w:val="single" w:color="#A6A8AB"/>
              <w:end w:sz="11.199999999999932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199999999999932" w:val="single" w:color="#BABDBF"/>
              <w:top w:sz="6.400000000000091" w:val="single" w:color="#A6A8AB"/>
              <w:end w:sz="5.600000000000136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.9999999999998863" w:type="dxa"/>
            </w:tblPr>
            <w:tblGrid>
              <w:gridCol w:w="1394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0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6.400000000000091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0"/>
        </w:trPr>
        <w:tc>
          <w:tcPr>
            <w:tcW w:type="dxa" w:w="3594"/>
            <w:vMerge/>
            <w:tcBorders>
              <w:start w:sz="5.599999999999994" w:val="single" w:color="#A6A8AB"/>
              <w:top w:sz="6.400000000000091" w:val="single" w:color="#A6A8AB"/>
              <w:end w:sz="11.199999999999932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199999999999932" w:val="single" w:color="#BABDBF"/>
              <w:top w:sz="5.599999999999909" w:val="single" w:color="#BABDBF"/>
              <w:end w:sz="5.600000000000136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3.9999999999997726" w:type="dxa"/>
            </w:tblPr>
            <w:tblGrid>
              <w:gridCol w:w="1394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600000000000136" w:val="single" w:color="#A6A8AB"/>
              <w:top w:sz="5.599999999999909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599999999999994" w:val="single" w:color="#A6A8AB"/>
              <w:top w:sz="6.400000000000091" w:val="single" w:color="#A6A8AB"/>
              <w:end w:sz="11.199999999999932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199999999999932" w:val="single" w:color="#BABDBF"/>
              <w:top w:sz="5.599999999999909" w:val="single" w:color="#BABDBF"/>
              <w:end w:sz="5.600000000000136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2"/>
            <w:tcBorders>
              <w:start w:sz="5.600000000000136" w:val="single" w:color="#A6A8AB"/>
              <w:top w:sz="5.599999999999909" w:val="single" w:color="#A6A8AB"/>
              <w:end w:sz="5.600000000000364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2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2.0" w:type="dxa"/>
      </w:tblPr>
      <w:tblGrid>
        <w:gridCol w:w="3594"/>
        <w:gridCol w:w="3594"/>
        <w:gridCol w:w="3594"/>
      </w:tblGrid>
      <w:tr>
        <w:trPr>
          <w:trHeight w:hRule="exact" w:val="304"/>
        </w:trPr>
        <w:tc>
          <w:tcPr>
            <w:tcW w:type="dxa" w:w="1110"/>
            <w:vMerge w:val="restart"/>
            <w:tcBorders>
              <w:start w:sz="5.599999999999994" w:val="single" w:color="#A6A8AB"/>
              <w:top w:sz="5.599999999999909" w:val="single" w:color="#A6A8AB"/>
              <w:end w:sz="11.200000000000045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278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4"/>
            <w:tcBorders>
              <w:start w:sz="11.200000000000045" w:val="single" w:color="#BABDBF"/>
              <w:top w:sz="5.599999999999909" w:val="single" w:color="#BABDBF"/>
              <w:end w:sz="5.599999999999909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4.000000000000057" w:type="dxa"/>
            </w:tblPr>
            <w:tblGrid>
              <w:gridCol w:w="1394"/>
            </w:tblGrid>
            <w:tr>
              <w:trPr>
                <w:trHeight w:hRule="exact" w:val="248"/>
              </w:trPr>
              <w:tc>
                <w:tcPr>
                  <w:tcW w:type="dxa" w:w="1370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4"/>
            <w:tcBorders>
              <w:start w:sz="5.599999999999909" w:val="single" w:color="#A6A8AB"/>
              <w:top w:sz="5.599999999999909" w:val="single" w:color="#A6A8AB"/>
              <w:end w:sz="5.599999999999909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94" w:val="single" w:color="#A6A8AB"/>
              <w:top w:sz="5.599999999999909" w:val="single" w:color="#A6A8AB"/>
              <w:end w:sz="11.200000000000045" w:val="single" w:color="#BABDBF"/>
              <w:bottom w:sz="4.800000000000182" w:val="single" w:color="#A6A8AB"/>
            </w:tcBorders>
          </w:tcPr>
          <w:p/>
        </w:tc>
        <w:tc>
          <w:tcPr>
            <w:tcW w:type="dxa" w:w="4298"/>
            <w:gridSpan w:val="2"/>
            <w:tcBorders>
              <w:start w:sz="11.200000000000045" w:val="single" w:color="#BABDBF"/>
              <w:top w:sz="5.599999999999909" w:val="single" w:color="#A6A8AB"/>
              <w:end w:sz="5.599999999999909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599999999999909" w:val="single" w:color="#A6A8AB"/>
              <w:end w:sz="11.200000000000045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200000000000045" w:val="single" w:color="#BABDBF"/>
              <w:top w:sz="5.600000000000364" w:val="single" w:color="#A6A8AB"/>
              <w:end w:sz="5.599999999999909" w:val="single" w:color="#A6A8AB"/>
              <w:bottom w:sz="5.59999999999945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4.000000000000057" w:type="dxa"/>
            </w:tblPr>
            <w:tblGrid>
              <w:gridCol w:w="1394"/>
            </w:tblGrid>
            <w:tr>
              <w:trPr>
                <w:trHeight w:hRule="exact" w:val="246"/>
              </w:trPr>
              <w:tc>
                <w:tcPr>
                  <w:tcW w:type="dxa" w:w="1370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4"/>
            <w:tcBorders>
              <w:start w:sz="5.599999999999909" w:val="single" w:color="#A6A8AB"/>
              <w:top w:sz="5.600000000000364" w:val="single" w:color="#A6A8AB"/>
              <w:end w:sz="5.599999999999909" w:val="single" w:color="#A6A8AB"/>
              <w:bottom w:sz="5.59999999999945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599999999999909" w:val="single" w:color="#A6A8AB"/>
              <w:end w:sz="11.200000000000045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200000000000045" w:val="single" w:color="#BABDBF"/>
              <w:top w:sz="5.599999999999454" w:val="single" w:color="#BABDBF"/>
              <w:end w:sz="5.599999999999909" w:val="single" w:color="#A6A8AB"/>
              <w:bottom w:sz="6.399999999999636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5.999999999999943" w:type="dxa"/>
            </w:tblPr>
            <w:tblGrid>
              <w:gridCol w:w="1394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4"/>
            <w:tcBorders>
              <w:start w:sz="5.599999999999909" w:val="single" w:color="#A6A8AB"/>
              <w:top w:sz="5.599999999999454" w:val="single" w:color="#A6A8AB"/>
              <w:end w:sz="5.599999999999909" w:val="single" w:color="#A6A8AB"/>
              <w:bottom w:sz="6.399999999999636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599999999999994" w:val="single" w:color="#A6A8AB"/>
              <w:top w:sz="5.599999999999909" w:val="single" w:color="#A6A8AB"/>
              <w:end w:sz="11.200000000000045" w:val="single" w:color="#BABDBF"/>
              <w:bottom w:sz="4.800000000000182" w:val="single" w:color="#A6A8AB"/>
            </w:tcBorders>
          </w:tcPr>
          <w:p/>
        </w:tc>
        <w:tc>
          <w:tcPr>
            <w:tcW w:type="dxa" w:w="1394"/>
            <w:tcBorders>
              <w:start w:sz="11.200000000000045" w:val="single" w:color="#BABDBF"/>
              <w:top w:sz="6.399999999999636" w:val="single" w:color="#BABDBF"/>
              <w:end w:sz="5.599999999999909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4"/>
            <w:tcBorders>
              <w:start w:sz="5.599999999999909" w:val="single" w:color="#A6A8AB"/>
              <w:top w:sz="6.399999999999636" w:val="single" w:color="#A6A8AB"/>
              <w:end w:sz="5.599999999999909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2.0" w:type="dxa"/>
      </w:tblPr>
      <w:tblGrid>
        <w:gridCol w:w="3594"/>
        <w:gridCol w:w="3594"/>
        <w:gridCol w:w="3594"/>
      </w:tblGrid>
      <w:tr>
        <w:trPr>
          <w:trHeight w:hRule="exact" w:val="302"/>
        </w:trPr>
        <w:tc>
          <w:tcPr>
            <w:tcW w:type="dxa" w:w="1114"/>
            <w:vMerge w:val="restart"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84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0"/>
            <w:tcBorders>
              <w:start w:sz="12.0" w:val="single" w:color="#BABDBF"/>
              <w:top w:sz="5.599999999999454" w:val="single" w:color="#BABDBF"/>
              <w:end w:sz="5.599999999999909" w:val="single" w:color="#A6A8AB"/>
              <w:bottom w:sz="5.600000000000364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8.000000000000114" w:type="dxa"/>
            </w:tblPr>
            <w:tblGrid>
              <w:gridCol w:w="1390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5.599999999999454" w:val="single" w:color="#A6A8AB"/>
              <w:end w:sz="5.599999999999909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8"/>
        </w:trPr>
        <w:tc>
          <w:tcPr>
            <w:tcW w:type="dxa" w:w="3594"/>
            <w:vMerge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4296"/>
            <w:gridSpan w:val="2"/>
            <w:tcBorders>
              <w:start w:sz="12.0" w:val="single" w:color="#BABDBF"/>
              <w:top w:sz="5.600000000000364" w:val="single" w:color="#A6A8AB"/>
              <w:end w:sz="5.599999999999909" w:val="single" w:color="#A6A8AB"/>
              <w:bottom w:sz="5.599999999999454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0"/>
            <w:tcBorders>
              <w:start w:sz="12.0" w:val="single" w:color="#BABDBF"/>
              <w:top w:sz="5.599999999999454" w:val="single" w:color="#A6A8AB"/>
              <w:end w:sz="5.599999999999909" w:val="single" w:color="#A6A8AB"/>
              <w:bottom w:sz="5.60000000000036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8.000000000000114" w:type="dxa"/>
            </w:tblPr>
            <w:tblGrid>
              <w:gridCol w:w="1390"/>
            </w:tblGrid>
            <w:tr>
              <w:trPr>
                <w:trHeight w:hRule="exact" w:val="248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5.599999999999454" w:val="single" w:color="#A6A8AB"/>
              <w:end w:sz="5.599999999999909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0"/>
            <w:tcBorders>
              <w:start w:sz="12.0" w:val="single" w:color="#BABDBF"/>
              <w:top w:sz="5.600000000000364" w:val="single" w:color="#BABDBF"/>
              <w:end w:sz="5.599999999999909" w:val="single" w:color="#A6A8AB"/>
              <w:bottom w:sz="5.60000000000036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0.0" w:type="dxa"/>
            </w:tblPr>
            <w:tblGrid>
              <w:gridCol w:w="1390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5.600000000000364" w:val="single" w:color="#A6A8AB"/>
              <w:end w:sz="5.599999999999909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0"/>
            <w:tcBorders>
              <w:start w:sz="12.0" w:val="single" w:color="#BABDBF"/>
              <w:top w:sz="5.600000000000364" w:val="single" w:color="#BABDBF"/>
              <w:end w:sz="5.599999999999909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6"/>
            <w:tcBorders>
              <w:start w:sz="5.599999999999909" w:val="single" w:color="#A6A8AB"/>
              <w:top w:sz="5.600000000000364" w:val="single" w:color="#A6A8AB"/>
              <w:end w:sz="5.599999999999909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6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2.0" w:type="dxa"/>
      </w:tblPr>
      <w:tblGrid>
        <w:gridCol w:w="3594"/>
        <w:gridCol w:w="3594"/>
        <w:gridCol w:w="3594"/>
      </w:tblGrid>
      <w:tr>
        <w:trPr>
          <w:trHeight w:hRule="exact" w:val="302"/>
        </w:trPr>
        <w:tc>
          <w:tcPr>
            <w:tcW w:type="dxa" w:w="1114"/>
            <w:vMerge w:val="restart"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84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0"/>
            <w:tcBorders>
              <w:start w:sz="12.0" w:val="single" w:color="#BABDBF"/>
              <w:top w:sz="5.599999999999454" w:val="single" w:color="#BABDBF"/>
              <w:end w:sz="5.599999999999909" w:val="single" w:color="#A6A8AB"/>
              <w:bottom w:sz="5.600000000000364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8.000000000000114" w:type="dxa"/>
            </w:tblPr>
            <w:tblGrid>
              <w:gridCol w:w="1390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5.599999999999454" w:val="single" w:color="#A6A8AB"/>
              <w:end w:sz="5.599999999999909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4296"/>
            <w:gridSpan w:val="2"/>
            <w:tcBorders>
              <w:start w:sz="12.0" w:val="single" w:color="#BABDBF"/>
              <w:top w:sz="5.600000000000364" w:val="single" w:color="#A6A8AB"/>
              <w:end w:sz="5.599999999999909" w:val="single" w:color="#A6A8AB"/>
              <w:bottom w:sz="6.399999999999636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0"/>
            <w:tcBorders>
              <w:start w:sz="12.0" w:val="single" w:color="#BABDBF"/>
              <w:top w:sz="6.399999999999636" w:val="single" w:color="#A6A8AB"/>
              <w:end w:sz="5.599999999999909" w:val="single" w:color="#A6A8AB"/>
              <w:bottom w:sz="5.59999999999945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8.000000000000114" w:type="dxa"/>
            </w:tblPr>
            <w:tblGrid>
              <w:gridCol w:w="1390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6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6.399999999999636" w:val="single" w:color="#A6A8AB"/>
              <w:end w:sz="5.599999999999909" w:val="single" w:color="#A6A8AB"/>
              <w:bottom w:sz="5.59999999999945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0"/>
            <w:tcBorders>
              <w:start w:sz="12.0" w:val="single" w:color="#BABDBF"/>
              <w:top w:sz="5.599999999999454" w:val="single" w:color="#BABDBF"/>
              <w:end w:sz="5.599999999999909" w:val="single" w:color="#A6A8AB"/>
              <w:bottom w:sz="5.60000000000036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0.0" w:type="dxa"/>
            </w:tblPr>
            <w:tblGrid>
              <w:gridCol w:w="1390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599999999999909" w:val="single" w:color="#A6A8AB"/>
              <w:top w:sz="5.599999999999454" w:val="single" w:color="#A6A8AB"/>
              <w:end w:sz="5.599999999999909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0"/>
        </w:trPr>
        <w:tc>
          <w:tcPr>
            <w:tcW w:type="dxa" w:w="3594"/>
            <w:vMerge/>
            <w:tcBorders>
              <w:start w:sz="5.59999999999999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0"/>
            <w:tcBorders>
              <w:start w:sz="12.0" w:val="single" w:color="#BABDBF"/>
              <w:top w:sz="5.600000000000364" w:val="single" w:color="#BABDBF"/>
              <w:end w:sz="5.599999999999909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6"/>
            <w:tcBorders>
              <w:start w:sz="5.599999999999909" w:val="single" w:color="#A6A8AB"/>
              <w:top w:sz="5.600000000000364" w:val="single" w:color="#A6A8AB"/>
              <w:end w:sz="5.599999999999909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2240" w:h="15840"/>
          <w:pgMar w:top="0" w:right="0" w:bottom="0" w:left="18" w:header="720" w:footer="720" w:gutter="0"/>
          <w:cols w:num="2" w:equalWidth="0">
            <w:col w:w="6046" w:space="0"/>
            <w:col w:w="6176" w:space="0"/>
          </w:cols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36.00000000000023" w:type="dxa"/>
      </w:tblPr>
      <w:tblGrid>
        <w:gridCol w:w="3594"/>
        <w:gridCol w:w="3594"/>
        <w:gridCol w:w="3594"/>
      </w:tblGrid>
      <w:tr>
        <w:trPr>
          <w:trHeight w:hRule="exact" w:val="304"/>
        </w:trPr>
        <w:tc>
          <w:tcPr>
            <w:tcW w:type="dxa" w:w="1112"/>
            <w:vMerge w:val="restart"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7999999999999545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278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2"/>
            <w:tcBorders>
              <w:start w:sz="11.200000000000273" w:val="single" w:color="#BABDBF"/>
              <w:top w:sz="6.400000000000091" w:val="single" w:color="#BABDBF"/>
              <w:end w:sz="5.600000000000364" w:val="single" w:color="#A6A8AB"/>
              <w:bottom w:sz="5.600000000000136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454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6.400000000000091" w:val="single" w:color="#A6A8AB"/>
              <w:end w:sz="5.599999999999454" w:val="single" w:color="#A6A8AB"/>
              <w:bottom w:sz="5.600000000000136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7999999999999545" w:val="single" w:color="#A6A8AB"/>
            </w:tcBorders>
          </w:tcPr>
          <w:p/>
        </w:tc>
        <w:tc>
          <w:tcPr>
            <w:tcW w:type="dxa" w:w="4298"/>
            <w:gridSpan w:val="2"/>
            <w:tcBorders>
              <w:start w:sz="11.200000000000273" w:val="single" w:color="#BABDBF"/>
              <w:top w:sz="5.600000000000136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7999999999999545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5.599999999999909" w:val="single" w:color="#A6A8AB"/>
              <w:end w:sz="5.600000000000364" w:val="single" w:color="#A6A8AB"/>
              <w:bottom w:sz="5.600000000000136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454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5.599999999999909" w:val="single" w:color="#A6A8AB"/>
              <w:end w:sz="5.599999999999454" w:val="single" w:color="#A6A8AB"/>
              <w:bottom w:sz="5.600000000000136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7999999999999545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5.600000000000136" w:val="single" w:color="#BABDBF"/>
              <w:end w:sz="5.600000000000364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3.9999999999997726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6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5.600000000000136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0"/>
        </w:trPr>
        <w:tc>
          <w:tcPr>
            <w:tcW w:type="dxa" w:w="3594"/>
            <w:vMerge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7999999999999545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5.599999999999909" w:val="single" w:color="#BABDBF"/>
              <w:end w:sz="5.600000000000364" w:val="single" w:color="#A6A8AB"/>
              <w:bottom w:sz="4.7999999999999545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6"/>
            <w:tcBorders>
              <w:start w:sz="5.600000000000364" w:val="single" w:color="#A6A8AB"/>
              <w:top w:sz="5.599999999999909" w:val="single" w:color="#A6A8AB"/>
              <w:end w:sz="5.599999999999454" w:val="single" w:color="#A6A8AB"/>
              <w:bottom w:sz="4.7999999999999545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5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38.00000000000068" w:type="dxa"/>
      </w:tblPr>
      <w:tblGrid>
        <w:gridCol w:w="3594"/>
        <w:gridCol w:w="3594"/>
        <w:gridCol w:w="3594"/>
      </w:tblGrid>
      <w:tr>
        <w:trPr>
          <w:trHeight w:hRule="exact" w:val="304"/>
        </w:trPr>
        <w:tc>
          <w:tcPr>
            <w:tcW w:type="dxa" w:w="1114"/>
            <w:vMerge w:val="restart"/>
            <w:tcBorders>
              <w:start w:sz="5.599999999999909" w:val="single" w:color="#A6A8AB"/>
              <w:top w:sz="5.599999999999909" w:val="single" w:color="#A6A8AB"/>
              <w:end w:sz="12.0" w:val="single" w:color="#BABDBF"/>
              <w:bottom w:sz="4.0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80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2"/>
            <w:tcBorders>
              <w:start w:sz="12.0" w:val="single" w:color="#BABDBF"/>
              <w:top w:sz="5.599999999999909" w:val="single" w:color="#BABDBF"/>
              <w:end w:sz="5.599999999999909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8.000000000000682" w:type="dxa"/>
            </w:tblPr>
            <w:tblGrid>
              <w:gridCol w:w="1392"/>
            </w:tblGrid>
            <w:tr>
              <w:trPr>
                <w:trHeight w:hRule="exact" w:val="248"/>
              </w:trPr>
              <w:tc>
                <w:tcPr>
                  <w:tcW w:type="dxa" w:w="1370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599999999999909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09" w:val="single" w:color="#A6A8AB"/>
              <w:top w:sz="5.599999999999909" w:val="single" w:color="#A6A8AB"/>
              <w:end w:sz="12.0" w:val="single" w:color="#BABDBF"/>
              <w:bottom w:sz="4.0" w:val="single" w:color="#A6A8AB"/>
            </w:tcBorders>
          </w:tcPr>
          <w:p/>
        </w:tc>
        <w:tc>
          <w:tcPr>
            <w:tcW w:type="dxa" w:w="4294"/>
            <w:gridSpan w:val="2"/>
            <w:tcBorders>
              <w:start w:sz="12.0" w:val="single" w:color="#BABDBF"/>
              <w:top w:sz="5.599999999999909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09" w:val="single" w:color="#A6A8AB"/>
              <w:top w:sz="5.599999999999909" w:val="single" w:color="#A6A8AB"/>
              <w:end w:sz="12.0" w:val="single" w:color="#BABDBF"/>
              <w:bottom w:sz="4.0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599999999999909" w:val="single" w:color="#A6A8AB"/>
              <w:end w:sz="5.599999999999909" w:val="single" w:color="#A6A8AB"/>
              <w:bottom w:sz="6.400000000000091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8.000000000000682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70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599999999999909" w:val="single" w:color="#A6A8AB"/>
              <w:end w:sz="5.599999999999454" w:val="single" w:color="#A6A8AB"/>
              <w:bottom w:sz="6.400000000000091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09" w:val="single" w:color="#A6A8AB"/>
              <w:top w:sz="5.599999999999909" w:val="single" w:color="#A6A8AB"/>
              <w:end w:sz="12.0" w:val="single" w:color="#BABDBF"/>
              <w:bottom w:sz="4.0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6.400000000000091" w:val="single" w:color="#BABDBF"/>
              <w:end w:sz="5.599999999999909" w:val="single" w:color="#A6A8AB"/>
              <w:bottom w:sz="6.399999999999636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10.0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6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6.400000000000091" w:val="single" w:color="#A6A8AB"/>
              <w:end w:sz="5.599999999999454" w:val="single" w:color="#A6A8AB"/>
              <w:bottom w:sz="6.399999999999636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09" w:val="single" w:color="#A6A8AB"/>
              <w:top w:sz="5.599999999999909" w:val="single" w:color="#A6A8AB"/>
              <w:end w:sz="12.0" w:val="single" w:color="#BABDBF"/>
              <w:bottom w:sz="4.0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6.399999999999636" w:val="single" w:color="#BABDBF"/>
              <w:end w:sz="5.599999999999909" w:val="single" w:color="#A6A8AB"/>
              <w:bottom w:sz="4.0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2"/>
            <w:tcBorders>
              <w:start w:sz="5.599999999999909" w:val="single" w:color="#A6A8AB"/>
              <w:top w:sz="6.399999999999636" w:val="single" w:color="#A6A8AB"/>
              <w:end w:sz="5.599999999999454" w:val="single" w:color="#A6A8AB"/>
              <w:bottom w:sz="4.0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36.00000000000023" w:type="dxa"/>
      </w:tblPr>
      <w:tblGrid>
        <w:gridCol w:w="3594"/>
        <w:gridCol w:w="3594"/>
        <w:gridCol w:w="3594"/>
      </w:tblGrid>
      <w:tr>
        <w:trPr>
          <w:trHeight w:hRule="exact" w:val="302"/>
        </w:trPr>
        <w:tc>
          <w:tcPr>
            <w:tcW w:type="dxa" w:w="1112"/>
            <w:vMerge w:val="restart"/>
            <w:tcBorders>
              <w:start w:sz="5.599999999999909" w:val="single" w:color="#A6A8AB"/>
              <w:top w:sz="5.599999999999909" w:val="single" w:color="#A6A8AB"/>
              <w:end w:sz="11.200000000000273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84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2"/>
            <w:tcBorders>
              <w:start w:sz="11.200000000000273" w:val="single" w:color="#BABDBF"/>
              <w:top w:sz="5.599999999999909" w:val="single" w:color="#BABDBF"/>
              <w:end w:sz="5.600000000000364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454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5.599999999999909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09" w:val="single" w:color="#A6A8AB"/>
              <w:top w:sz="5.599999999999909" w:val="single" w:color="#A6A8AB"/>
              <w:end w:sz="11.200000000000273" w:val="single" w:color="#BABDBF"/>
              <w:bottom w:sz="4.800000000000182" w:val="single" w:color="#A6A8AB"/>
            </w:tcBorders>
          </w:tcPr>
          <w:p/>
        </w:tc>
        <w:tc>
          <w:tcPr>
            <w:tcW w:type="dxa" w:w="4298"/>
            <w:gridSpan w:val="2"/>
            <w:tcBorders>
              <w:start w:sz="11.200000000000273" w:val="single" w:color="#BABDBF"/>
              <w:top w:sz="5.599999999999909" w:val="single" w:color="#A6A8AB"/>
              <w:end w:sz="5.599999999999454" w:val="single" w:color="#A6A8AB"/>
              <w:bottom w:sz="6.400000000000091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599999999999909" w:val="single" w:color="#A6A8AB"/>
              <w:top w:sz="5.599999999999909" w:val="single" w:color="#A6A8AB"/>
              <w:end w:sz="11.200000000000273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6.400000000000091" w:val="single" w:color="#A6A8AB"/>
              <w:end w:sz="5.600000000000364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454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0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6.400000000000091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09" w:val="single" w:color="#A6A8AB"/>
              <w:top w:sz="5.599999999999909" w:val="single" w:color="#A6A8AB"/>
              <w:end w:sz="11.200000000000273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5.599999999999909" w:val="single" w:color="#BABDBF"/>
              <w:end w:sz="5.600000000000364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3.9999999999997726" w:type="dxa"/>
            </w:tblPr>
            <w:tblGrid>
              <w:gridCol w:w="1392"/>
            </w:tblGrid>
            <w:tr>
              <w:trPr>
                <w:trHeight w:hRule="exact" w:val="244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6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5.599999999999909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599999999999909" w:val="single" w:color="#A6A8AB"/>
              <w:top w:sz="5.599999999999909" w:val="single" w:color="#A6A8AB"/>
              <w:end w:sz="11.200000000000273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5.599999999999909" w:val="single" w:color="#BABDBF"/>
              <w:end w:sz="5.600000000000364" w:val="single" w:color="#A6A8AB"/>
              <w:bottom w:sz="4.800000000000182" w:val="single" w:color="#094722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6"/>
            <w:tcBorders>
              <w:start w:sz="5.600000000000364" w:val="single" w:color="#A6A8AB"/>
              <w:top w:sz="5.599999999999909" w:val="single" w:color="#A6A8AB"/>
              <w:end w:sz="5.599999999999454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5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36.00000000000023" w:type="dxa"/>
      </w:tblPr>
      <w:tblGrid>
        <w:gridCol w:w="3594"/>
        <w:gridCol w:w="3594"/>
        <w:gridCol w:w="3594"/>
      </w:tblGrid>
      <w:tr>
        <w:trPr>
          <w:trHeight w:hRule="exact" w:val="304"/>
        </w:trPr>
        <w:tc>
          <w:tcPr>
            <w:tcW w:type="dxa" w:w="1112"/>
            <w:vMerge w:val="restart"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276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2"/>
            <w:tcBorders>
              <w:start w:sz="11.200000000000273" w:val="single" w:color="#BABDBF"/>
              <w:top w:sz="6.400000000000091" w:val="single" w:color="#BABDBF"/>
              <w:end w:sz="5.600000000000364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454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6.400000000000091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800000000000182" w:val="single" w:color="#A6A8AB"/>
            </w:tcBorders>
          </w:tcPr>
          <w:p/>
        </w:tc>
        <w:tc>
          <w:tcPr>
            <w:tcW w:type="dxa" w:w="4298"/>
            <w:gridSpan w:val="2"/>
            <w:tcBorders>
              <w:start w:sz="11.200000000000273" w:val="single" w:color="#BABDBF"/>
              <w:top w:sz="5.599999999999909" w:val="single" w:color="#A6A8AB"/>
              <w:end w:sz="5.599999999999454" w:val="single" w:color="#A6A8AB"/>
              <w:bottom w:sz="6.400000000000091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6.400000000000091" w:val="single" w:color="#A6A8AB"/>
              <w:end w:sz="5.600000000000364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454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0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6.400000000000091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0"/>
        </w:trPr>
        <w:tc>
          <w:tcPr>
            <w:tcW w:type="dxa" w:w="3594"/>
            <w:vMerge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5.599999999999909" w:val="single" w:color="#BABDBF"/>
              <w:end w:sz="5.600000000000364" w:val="single" w:color="#A6A8AB"/>
              <w:bottom w:sz="5.599999999999909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3.9999999999997726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6"/>
            <w:tcBorders>
              <w:start w:sz="5.600000000000364" w:val="single" w:color="#A6A8AB"/>
              <w:top w:sz="5.599999999999909" w:val="single" w:color="#A6A8AB"/>
              <w:end w:sz="5.59999999999945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599999999999909" w:val="single" w:color="#A6A8AB"/>
              <w:top w:sz="6.400000000000091" w:val="single" w:color="#A6A8AB"/>
              <w:end w:sz="11.200000000000273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1.200000000000273" w:val="single" w:color="#BABDBF"/>
              <w:top w:sz="5.599999999999909" w:val="single" w:color="#BABDBF"/>
              <w:end w:sz="5.600000000000364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6"/>
            <w:tcBorders>
              <w:start w:sz="5.600000000000364" w:val="single" w:color="#A6A8AB"/>
              <w:top w:sz="5.599999999999909" w:val="single" w:color="#A6A8AB"/>
              <w:end w:sz="5.599999999999454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2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40.0" w:type="dxa"/>
      </w:tblPr>
      <w:tblGrid>
        <w:gridCol w:w="3594"/>
        <w:gridCol w:w="3594"/>
        <w:gridCol w:w="3594"/>
      </w:tblGrid>
      <w:tr>
        <w:trPr>
          <w:trHeight w:hRule="exact" w:val="304"/>
        </w:trPr>
        <w:tc>
          <w:tcPr>
            <w:tcW w:type="dxa" w:w="1114"/>
            <w:vMerge w:val="restart"/>
            <w:tcBorders>
              <w:start w:sz="5.600000000000364" w:val="single" w:color="#A6A8AB"/>
              <w:top w:sz="5.599999999999909" w:val="single" w:color="#A6A8AB"/>
              <w:end w:sz="12.0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278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2"/>
            <w:tcBorders>
              <w:start w:sz="12.0" w:val="single" w:color="#BABDBF"/>
              <w:top w:sz="5.599999999999909" w:val="single" w:color="#BABDBF"/>
              <w:end w:sz="5.599999999999909" w:val="single" w:color="#A6A8AB"/>
              <w:bottom w:sz="5.599999999999909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4547" w:type="dxa"/>
            </w:tblPr>
            <w:tblGrid>
              <w:gridCol w:w="1392"/>
            </w:tblGrid>
            <w:tr>
              <w:trPr>
                <w:trHeight w:hRule="exact" w:val="248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2" w:after="0"/>
                    <w:ind w:left="248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599999999999909" w:val="single" w:color="#A6A8AB"/>
              <w:end w:sz="5.600000000000364" w:val="single" w:color="#A6A8AB"/>
              <w:bottom w:sz="5.599999999999909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600000000000364" w:val="single" w:color="#A6A8AB"/>
              <w:top w:sz="5.599999999999909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4294"/>
            <w:gridSpan w:val="2"/>
            <w:tcBorders>
              <w:start w:sz="12.0" w:val="single" w:color="#BABDBF"/>
              <w:top w:sz="5.599999999999909" w:val="single" w:color="#A6A8AB"/>
              <w:end w:sz="5.600000000000364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364" w:val="single" w:color="#A6A8AB"/>
              <w:top w:sz="5.599999999999909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600000000000364" w:val="single" w:color="#A6A8AB"/>
              <w:end w:sz="5.599999999999909" w:val="single" w:color="#A6A8AB"/>
              <w:bottom w:sz="5.59999999999945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2.000000000000454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600000000000364" w:val="single" w:color="#A6A8AB"/>
              <w:end w:sz="5.600000000000364" w:val="single" w:color="#A6A8AB"/>
              <w:bottom w:sz="5.59999999999945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364" w:val="single" w:color="#A6A8AB"/>
              <w:top w:sz="5.599999999999909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599999999999454" w:val="single" w:color="#BABDBF"/>
              <w:end w:sz="5.599999999999909" w:val="single" w:color="#A6A8AB"/>
              <w:bottom w:sz="6.399999999999636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6.00000000000022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68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599999999999454" w:val="single" w:color="#A6A8AB"/>
              <w:end w:sz="5.600000000000364" w:val="single" w:color="#A6A8AB"/>
              <w:bottom w:sz="6.399999999999636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4"/>
        </w:trPr>
        <w:tc>
          <w:tcPr>
            <w:tcW w:type="dxa" w:w="3594"/>
            <w:vMerge/>
            <w:tcBorders>
              <w:start w:sz="5.600000000000364" w:val="single" w:color="#A6A8AB"/>
              <w:top w:sz="5.599999999999909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6.399999999999636" w:val="single" w:color="#BABDBF"/>
              <w:end w:sz="5.599999999999909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2"/>
            <w:tcBorders>
              <w:start w:sz="5.599999999999909" w:val="single" w:color="#A6A8AB"/>
              <w:top w:sz="6.399999999999636" w:val="single" w:color="#A6A8AB"/>
              <w:end w:sz="5.600000000000364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40.0" w:type="dxa"/>
      </w:tblPr>
      <w:tblGrid>
        <w:gridCol w:w="3594"/>
        <w:gridCol w:w="3594"/>
        <w:gridCol w:w="3594"/>
      </w:tblGrid>
      <w:tr>
        <w:trPr>
          <w:trHeight w:hRule="exact" w:val="302"/>
        </w:trPr>
        <w:tc>
          <w:tcPr>
            <w:tcW w:type="dxa" w:w="1114"/>
            <w:vMerge w:val="restart"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284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2"/>
            <w:tcBorders>
              <w:start w:sz="12.0" w:val="single" w:color="#BABDBF"/>
              <w:top w:sz="5.599999999999454" w:val="single" w:color="#BABDBF"/>
              <w:end w:sz="5.599999999999909" w:val="single" w:color="#A6A8AB"/>
              <w:bottom w:sz="5.600000000000364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6.00000000000022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72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599999999999454" w:val="single" w:color="#A6A8AB"/>
              <w:end w:sz="5.600000000000364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8"/>
        </w:trPr>
        <w:tc>
          <w:tcPr>
            <w:tcW w:type="dxa" w:w="3594"/>
            <w:vMerge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4294"/>
            <w:gridSpan w:val="2"/>
            <w:tcBorders>
              <w:start w:sz="12.0" w:val="single" w:color="#BABDBF"/>
              <w:top w:sz="5.600000000000364" w:val="single" w:color="#A6A8AB"/>
              <w:end w:sz="5.600000000000364" w:val="single" w:color="#A6A8AB"/>
              <w:bottom w:sz="5.599999999999454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599999999999454" w:val="single" w:color="#A6A8AB"/>
              <w:end w:sz="5.599999999999909" w:val="single" w:color="#A6A8AB"/>
              <w:bottom w:sz="5.60000000000036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6.000000000000227" w:type="dxa"/>
            </w:tblPr>
            <w:tblGrid>
              <w:gridCol w:w="1392"/>
            </w:tblGrid>
            <w:tr>
              <w:trPr>
                <w:trHeight w:hRule="exact" w:val="248"/>
              </w:trPr>
              <w:tc>
                <w:tcPr>
                  <w:tcW w:type="dxa" w:w="1372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599999999999454" w:val="single" w:color="#A6A8AB"/>
              <w:end w:sz="5.600000000000364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600000000000364" w:val="single" w:color="#BABDBF"/>
              <w:end w:sz="5.599999999999909" w:val="single" w:color="#A6A8AB"/>
              <w:bottom w:sz="5.60000000000036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8.000000000000682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70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28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600000000000364" w:val="single" w:color="#A6A8AB"/>
              <w:end w:sz="5.600000000000364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600000000000364" w:val="single" w:color="#BABDBF"/>
              <w:end w:sz="5.599999999999909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2"/>
            <w:tcBorders>
              <w:start w:sz="5.599999999999909" w:val="single" w:color="#A6A8AB"/>
              <w:top w:sz="5.600000000000364" w:val="single" w:color="#A6A8AB"/>
              <w:end w:sz="5.600000000000364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6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40.0" w:type="dxa"/>
      </w:tblPr>
      <w:tblGrid>
        <w:gridCol w:w="3594"/>
        <w:gridCol w:w="3594"/>
        <w:gridCol w:w="3594"/>
      </w:tblGrid>
      <w:tr>
        <w:trPr>
          <w:trHeight w:hRule="exact" w:val="302"/>
        </w:trPr>
        <w:tc>
          <w:tcPr>
            <w:tcW w:type="dxa" w:w="1114"/>
            <w:vMerge w:val="restart"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  <w:shd w:fill="e6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276" w:after="0"/>
              <w:ind w:left="0" w:right="0" w:firstLine="0"/>
              <w:jc w:val="center"/>
            </w:pP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 xml:space="preserve">Foto del </w:t>
            </w:r>
            <w:r>
              <w:rPr>
                <w:rFonts w:ascii="BritannicBold" w:hAnsi="BritannicBold" w:eastAsia="BritannicBold"/>
                <w:b/>
                <w:i w:val="0"/>
                <w:color w:val="1C253F"/>
                <w:sz w:val="24"/>
              </w:rPr>
              <w:t>Jugador</w:t>
            </w:r>
          </w:p>
        </w:tc>
        <w:tc>
          <w:tcPr>
            <w:tcW w:type="dxa" w:w="1392"/>
            <w:tcBorders>
              <w:start w:sz="12.0" w:val="single" w:color="#BABDBF"/>
              <w:top w:sz="5.599999999999454" w:val="single" w:color="#BABDBF"/>
              <w:end w:sz="5.599999999999909" w:val="single" w:color="#A6A8AB"/>
              <w:bottom w:sz="5.600000000000364" w:val="single" w:color="#A6A8AB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6.00000000000022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72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40" w:lineRule="exact" w:before="20" w:after="0"/>
                    <w:ind w:left="250" w:right="0" w:firstLine="0"/>
                    <w:jc w:val="left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4"/>
                    </w:rPr>
                    <w:t xml:space="preserve">Nombre: 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599999999999454" w:val="single" w:color="#A6A8AB"/>
              <w:end w:sz="5.600000000000364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4294"/>
            <w:gridSpan w:val="2"/>
            <w:tcBorders>
              <w:start w:sz="12.0" w:val="single" w:color="#BABDBF"/>
              <w:top w:sz="5.600000000000364" w:val="single" w:color="#A6A8AB"/>
              <w:end w:sz="5.600000000000364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6"/>
        </w:trPr>
        <w:tc>
          <w:tcPr>
            <w:tcW w:type="dxa" w:w="3594"/>
            <w:vMerge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600000000000364" w:val="single" w:color="#A6A8AB"/>
              <w:end w:sz="5.599999999999909" w:val="single" w:color="#A6A8AB"/>
              <w:bottom w:sz="5.59999999999945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6.000000000000227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72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4" w:lineRule="exact" w:before="26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No. Playera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600000000000364" w:val="single" w:color="#A6A8AB"/>
              <w:end w:sz="5.600000000000364" w:val="single" w:color="#A6A8AB"/>
              <w:bottom w:sz="5.59999999999945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02"/>
        </w:trPr>
        <w:tc>
          <w:tcPr>
            <w:tcW w:type="dxa" w:w="3594"/>
            <w:vMerge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599999999999454" w:val="single" w:color="#BABDBF"/>
              <w:end w:sz="5.599999999999909" w:val="single" w:color="#A6A8AB"/>
              <w:bottom w:sz="5.600000000000364" w:val="single" w:color="#BABDBF"/>
            </w:tcBorders>
            <w:shd w:fill="094722"/>
            <w:tcMar>
              <w:start w:w="0" w:type="dxa"/>
              <w:end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-8.000000000000682" w:type="dxa"/>
            </w:tblPr>
            <w:tblGrid>
              <w:gridCol w:w="1392"/>
            </w:tblGrid>
            <w:tr>
              <w:trPr>
                <w:trHeight w:hRule="exact" w:val="246"/>
              </w:trPr>
              <w:tc>
                <w:tcPr>
                  <w:tcW w:type="dxa" w:w="1370"/>
                  <w:tcBorders/>
                  <w:shd w:fill="094722"/>
                  <w:tcMar>
                    <w:start w:w="0" w:type="dxa"/>
                    <w:end w:w="0" w:type="dxa"/>
                  </w:tcMar>
                </w:tcPr>
                <w:p>
                  <w:pPr>
                    <w:autoSpaceDN w:val="0"/>
                    <w:autoSpaceDE w:val="0"/>
                    <w:widowControl/>
                    <w:spacing w:line="232" w:lineRule="exact" w:before="30" w:after="0"/>
                    <w:ind w:left="0" w:right="0" w:firstLine="0"/>
                    <w:jc w:val="center"/>
                  </w:pPr>
                  <w:r>
                    <w:rPr>
                      <w:rFonts w:ascii="BritannicBold" w:hAnsi="BritannicBold" w:eastAsia="BritannicBold"/>
                      <w:b/>
                      <w:i w:val="0"/>
                      <w:color w:val="FFFFFF"/>
                      <w:sz w:val="23"/>
                    </w:rPr>
                    <w:t>Fecha Nac.</w:t>
                  </w:r>
                </w:p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2902"/>
            <w:tcBorders>
              <w:start w:sz="5.599999999999909" w:val="single" w:color="#A6A8AB"/>
              <w:top w:sz="5.599999999999454" w:val="single" w:color="#A6A8AB"/>
              <w:end w:sz="5.600000000000364" w:val="single" w:color="#A6A8AB"/>
              <w:bottom w:sz="5.600000000000364" w:val="single" w:color="#A6A8AB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284"/>
        </w:trPr>
        <w:tc>
          <w:tcPr>
            <w:tcW w:type="dxa" w:w="3594"/>
            <w:vMerge/>
            <w:tcBorders>
              <w:start w:sz="5.600000000000364" w:val="single" w:color="#A6A8AB"/>
              <w:top w:sz="5.599999999999454" w:val="single" w:color="#A6A8AB"/>
              <w:end w:sz="12.0" w:val="single" w:color="#BABDBF"/>
              <w:bottom w:sz="4.800000000000182" w:val="single" w:color="#A6A8AB"/>
            </w:tcBorders>
          </w:tcPr>
          <w:p/>
        </w:tc>
        <w:tc>
          <w:tcPr>
            <w:tcW w:type="dxa" w:w="1392"/>
            <w:tcBorders>
              <w:start w:sz="12.0" w:val="single" w:color="#BABDBF"/>
              <w:top w:sz="5.600000000000364" w:val="single" w:color="#BABDBF"/>
              <w:end w:sz="5.599999999999909" w:val="single" w:color="#A6A8AB"/>
              <w:bottom w:sz="4.800000000000182" w:val="single" w:color="#BABDBF"/>
            </w:tcBorders>
            <w:shd w:fill="094722"/>
            <w:tcMar>
              <w:start w:w="0" w:type="dxa"/>
              <w:end w:w="0" w:type="dxa"/>
            </w:tcMar>
          </w:tcPr>
          <w:p/>
        </w:tc>
        <w:tc>
          <w:tcPr>
            <w:tcW w:type="dxa" w:w="2902"/>
            <w:tcBorders>
              <w:start w:sz="5.599999999999909" w:val="single" w:color="#A6A8AB"/>
              <w:top w:sz="5.600000000000364" w:val="single" w:color="#A6A8AB"/>
              <w:end w:sz="5.600000000000364" w:val="single" w:color="#A6A8AB"/>
              <w:bottom w:sz="4.800000000000182" w:val="single" w:color="#A6A8AB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430"/>
        <w:ind w:left="0" w:right="0"/>
      </w:pPr>
    </w:p>
    <w:p>
      <w:pPr>
        <w:sectPr>
          <w:type w:val="nextColumn"/>
          <w:pgSz w:w="12240" w:h="15840"/>
          <w:pgMar w:top="0" w:right="0" w:bottom="0" w:left="18" w:header="720" w:footer="720" w:gutter="0"/>
          <w:cols w:num="2" w:equalWidth="0">
            <w:col w:w="6046" w:space="0"/>
            <w:col w:w="6176" w:space="0"/>
          </w:cols>
          <w:docGrid w:linePitch="360"/>
        </w:sectPr>
      </w:pPr>
    </w:p>
    <w:sectPr w:rsidR="00FC693F" w:rsidRPr="0006063C" w:rsidSect="00034616">
      <w:type w:val="continuous"/>
      <w:pgSz w:w="12240" w:h="15840"/>
      <w:pgMar w:top="0" w:right="0" w:bottom="0" w:left="1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